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96F" w:rsidRDefault="00A8596F">
      <w:pPr>
        <w:jc w:val="center"/>
        <w:rPr>
          <w:b/>
          <w:sz w:val="32"/>
        </w:rPr>
      </w:pPr>
      <w:bookmarkStart w:id="0" w:name="_GoBack"/>
      <w:bookmarkEnd w:id="0"/>
    </w:p>
    <w:p w:rsidR="00201958" w:rsidRDefault="00A8596F">
      <w:pPr>
        <w:jc w:val="center"/>
      </w:pPr>
      <w:r>
        <w:rPr>
          <w:b/>
          <w:sz w:val="32"/>
        </w:rPr>
        <w:t>ZÁPISNICA</w:t>
      </w:r>
    </w:p>
    <w:p w:rsidR="00201958" w:rsidRDefault="00A8596F">
      <w:pPr>
        <w:jc w:val="center"/>
      </w:pPr>
      <w:r>
        <w:rPr>
          <w:b/>
          <w:sz w:val="24"/>
        </w:rPr>
        <w:t>o vykonaní volieb zástupcu zákonných zástupcov do Rady školy</w:t>
      </w:r>
      <w:r>
        <w:rPr>
          <w:b/>
          <w:sz w:val="24"/>
        </w:rPr>
        <w:br/>
        <w:t>pri Súkromnej ZUŠ, Školská 339/2, Michaľany</w:t>
      </w:r>
    </w:p>
    <w:p w:rsidR="00201958" w:rsidRDefault="00A8596F">
      <w:r>
        <w:t xml:space="preserve">Voľby zástupcu zákonných zástupcov do Rady školy pri Súkromnej ZUŠ, </w:t>
      </w:r>
      <w:proofErr w:type="spellStart"/>
      <w:r>
        <w:t>Školská</w:t>
      </w:r>
      <w:proofErr w:type="spellEnd"/>
      <w:r>
        <w:t xml:space="preserve"> 339/2, </w:t>
      </w:r>
      <w:proofErr w:type="spellStart"/>
      <w:r>
        <w:t>Michaľany</w:t>
      </w:r>
      <w:proofErr w:type="spellEnd"/>
      <w:r>
        <w:t xml:space="preserve">, </w:t>
      </w:r>
      <w:proofErr w:type="spellStart"/>
      <w:r>
        <w:t>vyhlásila</w:t>
      </w:r>
      <w:proofErr w:type="spellEnd"/>
      <w:r>
        <w:t xml:space="preserve"> </w:t>
      </w:r>
      <w:proofErr w:type="spellStart"/>
      <w:r>
        <w:t>zriaďovateľka</w:t>
      </w:r>
      <w:proofErr w:type="spellEnd"/>
      <w:r>
        <w:t xml:space="preserve"> </w:t>
      </w:r>
      <w:proofErr w:type="spellStart"/>
      <w:r>
        <w:t>Súkromnej</w:t>
      </w:r>
      <w:proofErr w:type="spellEnd"/>
      <w:r>
        <w:t xml:space="preserve"> ZUŠ, </w:t>
      </w:r>
      <w:proofErr w:type="spellStart"/>
      <w:r>
        <w:t>Mgr.Eva</w:t>
      </w:r>
      <w:proofErr w:type="spellEnd"/>
      <w:r>
        <w:t xml:space="preserve"> </w:t>
      </w:r>
      <w:proofErr w:type="spellStart"/>
      <w:r>
        <w:t>Ďubeková</w:t>
      </w:r>
      <w:proofErr w:type="spellEnd"/>
    </w:p>
    <w:p w:rsidR="00201958" w:rsidRDefault="00A8596F">
      <w:r>
        <w:rPr>
          <w:b/>
          <w:sz w:val="24"/>
        </w:rPr>
        <w:t>Prvé voľby</w:t>
      </w:r>
    </w:p>
    <w:p w:rsidR="00201958" w:rsidRDefault="00A8596F">
      <w:r>
        <w:t>Voľby sa konali dňa 1. 9. 2026 v priestoroch Súkromnej ZUŠ, Školská 339/2, Michaľany, v čase od 10.00 hod. do 12.00 hod.</w:t>
      </w:r>
    </w:p>
    <w:p w:rsidR="00201958" w:rsidRDefault="00A8596F">
      <w:r>
        <w:t>Celkový počet oprávnených voličov v kategórii zákonných zástupcov: 151.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Na voľbách bolo prítomných 6 oprávnených voličov.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Keďže nebola prítomná nadpolovičná väčšina príslušnej kategórie voličov, nebola splnená podmienka na uskutočnenie volieb podľa § 20 ods. 4 zákona č. 321/2025 Z. z. o školskej správe.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Zriaďovateľka preto vyhlásila opakované voľby zástupcu zákonných zástupcov do Rady školy.</w:t>
      </w:r>
    </w:p>
    <w:p w:rsidR="00201958" w:rsidRPr="00A8596F" w:rsidRDefault="00A8596F">
      <w:pPr>
        <w:rPr>
          <w:lang w:val="pt-BR"/>
        </w:rPr>
      </w:pPr>
      <w:r w:rsidRPr="00A8596F">
        <w:rPr>
          <w:b/>
          <w:sz w:val="24"/>
          <w:lang w:val="pt-BR"/>
        </w:rPr>
        <w:t>Opakované voľby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Opakované voľby sa konali dňa 4. 9. 2026 v priestoroch Súkromnej ZUŠ, Školská 339/2, Michaľany, v čase od 12.00 hod. do 16.00 hod.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Pri opakovaných voľbách sa podľa § 20 ods. 4 zákona č. 321/2025 Z. z. podmienka účasti nadpolovičnej väčšiny príslušnej kategórie voličov nevyžaduje.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Celkový počet oprávnených voličov v kategórii zákonných zástupcov: 151.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Počet voličov, ktorým boli vydané hlasovacie lístky: 8.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Počet odovzdaných hlasovacích lístkov: 8.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Počet platných hlasovacích lístkov: 8.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Voľby sa uskutočnili tajným hlasovaním.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Kandidátka Mgr. Ing. Monika Hrinková získala 8 platných hlasov.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Na základe výsledkov opakovaných volieb bola za zástupkyňu zákonných zástupcov do Rady školy pri Súkromnej ZUŠ, Školská 339/2, Michaľany, zvolená:</w:t>
      </w:r>
    </w:p>
    <w:p w:rsidR="00201958" w:rsidRDefault="00A8596F">
      <w:pPr>
        <w:jc w:val="center"/>
      </w:pPr>
      <w:r>
        <w:rPr>
          <w:b/>
          <w:sz w:val="24"/>
        </w:rPr>
        <w:t>Mgr. Ing. Monika Hrinková</w:t>
      </w:r>
    </w:p>
    <w:p w:rsidR="00A8596F" w:rsidRDefault="00A8596F">
      <w:pPr>
        <w:rPr>
          <w:b/>
          <w:sz w:val="24"/>
        </w:rPr>
      </w:pPr>
    </w:p>
    <w:p w:rsidR="00A8596F" w:rsidRDefault="00A8596F">
      <w:pPr>
        <w:rPr>
          <w:b/>
          <w:sz w:val="24"/>
        </w:rPr>
      </w:pPr>
    </w:p>
    <w:p w:rsidR="00201958" w:rsidRDefault="00A8596F">
      <w:proofErr w:type="spellStart"/>
      <w:r>
        <w:rPr>
          <w:b/>
          <w:sz w:val="24"/>
        </w:rPr>
        <w:t>Výsledok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volieb</w:t>
      </w:r>
      <w:proofErr w:type="spellEnd"/>
    </w:p>
    <w:p w:rsidR="00201958" w:rsidRDefault="00A8596F">
      <w:r>
        <w:t>Mgr. Ing. Monika Hrinková – 8 hlasov – zvolená</w:t>
      </w:r>
    </w:p>
    <w:p w:rsidR="00201958" w:rsidRDefault="00A8596F">
      <w:r>
        <w:t>Prílohou zápisnice je dokumentácia súvisiaca s vykonaním volieb vrátane prezenčných listín.</w:t>
      </w:r>
    </w:p>
    <w:p w:rsidR="00201958" w:rsidRDefault="00201958"/>
    <w:p w:rsidR="00201958" w:rsidRDefault="00A8596F">
      <w:r>
        <w:t>V Michaľanoch dňa 9. 9. 2026</w:t>
      </w:r>
    </w:p>
    <w:p w:rsidR="00201958" w:rsidRDefault="00201958"/>
    <w:p w:rsidR="00201958" w:rsidRDefault="00A8596F">
      <w:r>
        <w:t>Predseda Rady školy:</w:t>
      </w:r>
    </w:p>
    <w:p w:rsidR="00201958" w:rsidRPr="00A8596F" w:rsidRDefault="00A8596F">
      <w:pPr>
        <w:rPr>
          <w:lang w:val="pt-BR"/>
        </w:rPr>
      </w:pPr>
      <w:r>
        <w:rPr>
          <w:lang w:val="pt-BR"/>
        </w:rPr>
        <w:t>Meno a priezvisko: Mária Kimáková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Podpis: ................................................................................</w:t>
      </w:r>
    </w:p>
    <w:p w:rsidR="00201958" w:rsidRPr="00A8596F" w:rsidRDefault="00201958">
      <w:pPr>
        <w:rPr>
          <w:lang w:val="pt-BR"/>
        </w:rPr>
      </w:pP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Overovateľ zápisnice:</w:t>
      </w:r>
    </w:p>
    <w:p w:rsidR="00201958" w:rsidRPr="00A8596F" w:rsidRDefault="00A8596F">
      <w:pPr>
        <w:rPr>
          <w:lang w:val="pt-BR"/>
        </w:rPr>
      </w:pPr>
      <w:r w:rsidRPr="00A8596F">
        <w:rPr>
          <w:lang w:val="pt-BR"/>
        </w:rPr>
        <w:t>Meno a priezvisko: Mgr.Martina Kozmová</w:t>
      </w:r>
    </w:p>
    <w:p w:rsidR="00201958" w:rsidRDefault="00A8596F">
      <w:proofErr w:type="spellStart"/>
      <w:r>
        <w:t>Podpis</w:t>
      </w:r>
      <w:proofErr w:type="spellEnd"/>
      <w:r>
        <w:t>: ................................................................................</w:t>
      </w:r>
    </w:p>
    <w:sectPr w:rsidR="00201958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1958"/>
    <w:rsid w:val="0029639D"/>
    <w:rsid w:val="00326F90"/>
    <w:rsid w:val="00A8596F"/>
    <w:rsid w:val="00AA1D8D"/>
    <w:rsid w:val="00B47730"/>
    <w:rsid w:val="00CB0664"/>
    <w:rsid w:val="00F33F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Arial" w:eastAsia="Arial" w:hAnsi="Arial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Arial" w:eastAsia="Arial" w:hAnsi="Arial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A7AAE-537B-4D1F-A699-266F2F76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Martina Kozmová</cp:lastModifiedBy>
  <cp:revision>2</cp:revision>
  <dcterms:created xsi:type="dcterms:W3CDTF">2026-09-10T07:44:00Z</dcterms:created>
  <dcterms:modified xsi:type="dcterms:W3CDTF">2026-09-10T07:44:00Z</dcterms:modified>
</cp:coreProperties>
</file>